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Introdution/Context</w:t>
      </w:r>
    </w:p>
    <w:p>
      <w:pPr>
        <w:spacing w:before="200"/>
      </w:pPr>
      <w:r>
        <w:rPr>
          <w:b/>
        </w:rPr>
        <w:t>Carina Jorge (radio host)</w:t>
      </w:r>
      <w:r>
        <w:t>:</w:t>
      </w:r>
    </w:p>
    <w:p>
      <w:r>
        <w:t>Nuno Rodrigues, with the Elevador da Glória accident still fresh in everyone's memory, as is obvious, in today's afternoon program, we're going to take a little trip down memory lane to another date that negatively marked the history of the railway in Portugal.</w:t>
      </w:r>
    </w:p>
    <w:p>
      <w:pPr>
        <w:spacing w:before="200"/>
      </w:pPr>
      <w:r>
        <w:rPr>
          <w:b/>
        </w:rPr>
        <w:t>Nuno Rodrigues (news presenter)</w:t>
      </w:r>
      <w:r>
        <w:t>:</w:t>
      </w:r>
    </w:p>
    <w:p>
      <w:r>
        <w:t>We're going back precisely four decades, Carina, to September 11, 1985. It was 40 years ago that the most serious railway accident of all time occurred in Portugal. It happened that afternoon: an international train collided head-on with a regional train heading to Coimbra, on the Beira Alta line, between Mangualde and Nelas. To this day, it has never been possible to determine the exact number of victims; it is estimated that around 150 people died. Forty years after the Alcafache accident, journalist Camila Vidal takes us today to the place where it all happened, on a journey through the memories of some survivors of this disaster.</w:t>
      </w:r>
    </w:p>
    <w:p>
      <w:r>
        <w:rPr>
          <w:i/>
        </w:rPr>
        <w:t>(Music starts)</w:t>
      </w:r>
    </w:p>
    <w:p>
      <w:pPr>
        <w:spacing w:before="200"/>
      </w:pPr>
      <w:r>
        <w:rPr>
          <w:b/>
        </w:rPr>
        <w:t>Carlos</w:t>
      </w:r>
      <w:r>
        <w:t xml:space="preserve"> (00:00:01):</w:t>
      </w:r>
    </w:p>
    <w:p>
      <w:r>
        <w:t>It was not my day.</w:t>
      </w:r>
    </w:p>
    <w:p>
      <w:pPr>
        <w:spacing w:before="200"/>
      </w:pPr>
      <w:r>
        <w:rPr>
          <w:b/>
        </w:rPr>
        <w:t>Narrator</w:t>
      </w:r>
      <w:r>
        <w:t xml:space="preserve"> (00:00:03):</w:t>
      </w:r>
    </w:p>
    <w:p>
      <w:r>
        <w:t>Once he arrived, Carlos Ramos had a job waiting for him in Switzerland.</w:t>
      </w:r>
    </w:p>
    <w:p>
      <w:pPr>
        <w:spacing w:before="200"/>
      </w:pPr>
      <w:r>
        <w:rPr>
          <w:b/>
        </w:rPr>
        <w:t>Carlos</w:t>
      </w:r>
      <w:r>
        <w:t xml:space="preserve"> (00:00:06):</w:t>
      </w:r>
    </w:p>
    <w:p>
      <w:r>
        <w:t>I was looking at the sunset, and I was thinking "the day has come for me to leave Portugal to renew my life"</w:t>
      </w:r>
    </w:p>
    <w:p>
      <w:pPr>
        <w:spacing w:before="200"/>
      </w:pPr>
      <w:r>
        <w:rPr>
          <w:b/>
        </w:rPr>
        <w:t>Narrator</w:t>
      </w:r>
      <w:r>
        <w:t xml:space="preserve"> (00:00:14):</w:t>
      </w:r>
    </w:p>
    <w:p>
      <w:r>
        <w:t>The new life was interrupted between the Nelas and Moimenta-Alcafache train stations</w:t>
      </w:r>
    </w:p>
    <w:p>
      <w:pPr>
        <w:spacing w:before="200"/>
      </w:pPr>
      <w:r>
        <w:rPr>
          <w:b/>
        </w:rPr>
        <w:t>Carlos</w:t>
      </w:r>
      <w:r>
        <w:t xml:space="preserve"> (00:00:20):</w:t>
      </w:r>
    </w:p>
    <w:p>
      <w:r>
        <w:t>Actually, I... nothing hurt me, I was projected to the end of the corridor...</w:t>
      </w:r>
    </w:p>
    <w:p>
      <w:pPr>
        <w:spacing w:before="200"/>
      </w:pPr>
      <w:r>
        <w:rPr>
          <w:b/>
        </w:rPr>
        <w:t>Narrator</w:t>
      </w:r>
      <w:r>
        <w:t xml:space="preserve"> (00:00:25):</w:t>
      </w:r>
    </w:p>
    <w:p>
      <w:r>
        <w:t>Carlos didn't save just himself</w:t>
      </w:r>
    </w:p>
    <w:p>
      <w:pPr>
        <w:spacing w:before="200"/>
      </w:pPr>
      <w:r>
        <w:rPr>
          <w:b/>
        </w:rPr>
        <w:t>Carlos</w:t>
      </w:r>
      <w:r>
        <w:t xml:space="preserve"> (00:00:28):</w:t>
      </w:r>
    </w:p>
    <w:p>
      <w:r>
        <w:t>I left the train, I took outside a 60–70-year-old man, more or less like me now, and also a 7 or 8-year-old child... and I went again. There were screams, cries, tears, it was the end of the world. I came in again and today I ask myself "why did you go in? You amost died!" But I would do exactly the same thing I did 40 years ago</w:t>
      </w:r>
    </w:p>
    <w:p>
      <w:pPr>
        <w:spacing w:before="200"/>
      </w:pPr>
      <w:r>
        <w:rPr>
          <w:b/>
        </w:rPr>
        <w:t>Narrator</w:t>
      </w:r>
      <w:r>
        <w:t xml:space="preserve"> (00:00:48):</w:t>
      </w:r>
    </w:p>
    <w:p>
      <w:r>
        <w:t>The decision was to get back on the train, but this time... a different sound</w:t>
      </w:r>
    </w:p>
    <w:p>
      <w:pPr>
        <w:spacing w:before="200"/>
      </w:pPr>
      <w:r>
        <w:rPr>
          <w:b/>
        </w:rPr>
        <w:t>Carlos</w:t>
      </w:r>
      <w:r>
        <w:t xml:space="preserve"> (00:00:53):</w:t>
      </w:r>
    </w:p>
    <w:p>
      <w:r>
        <w:t>I caught a girl who was there, she was 5, 6, 7 years old, and when I had her in my arms... I heard an explosion. And I couldn't get the girl out. I layed on the floor, when I realize I was suffocating, I said to myself "if I stay here, I'll die too"</w:t>
      </w:r>
    </w:p>
    <w:p>
      <w:r>
        <w:rPr>
          <w:i/>
        </w:rPr>
        <w:t>(he sighs)</w:t>
      </w:r>
    </w:p>
    <w:p>
      <w:r>
        <w:t>This hand, do you see it here? When I laid my hand on the puller, part of it stayed there, in the fire... they did 31 plastic surgeries to compose me.</w:t>
      </w:r>
    </w:p>
    <w:p>
      <w:r>
        <w:t>Miss... (he smiles), I burned 70%.</w:t>
      </w:r>
    </w:p>
    <w:p>
      <w:pPr>
        <w:spacing w:before="200"/>
      </w:pPr>
      <w:r>
        <w:rPr>
          <w:b/>
        </w:rPr>
        <w:t>Narrator</w:t>
      </w:r>
      <w:r>
        <w:t xml:space="preserve"> (00:01:18):</w:t>
      </w:r>
    </w:p>
    <w:p>
      <w:r>
        <w:t>And, fourty years later, Carlos Ramos has a new surgery scheduled to reduce the discomfort of the skin he lives in. It is a reminder of what happened on September 11, 1985, not that it was needed</w:t>
      </w:r>
    </w:p>
    <w:p>
      <w:pPr>
        <w:spacing w:before="200"/>
      </w:pPr>
      <w:r>
        <w:rPr>
          <w:b/>
        </w:rPr>
        <w:t>Carlos</w:t>
      </w:r>
      <w:r>
        <w:t xml:space="preserve"> (00:01:28):</w:t>
      </w:r>
    </w:p>
    <w:p>
      <w:r>
        <w:t>I don't forget... (sighs) I don't forget and I usually always cry. And I'm surprised I'm not crying today (laughs)</w:t>
      </w:r>
    </w:p>
    <w:p>
      <w:pPr>
        <w:spacing w:before="200"/>
      </w:pPr>
      <w:r>
        <w:rPr>
          <w:b/>
        </w:rPr>
        <w:t>Narrator</w:t>
      </w:r>
      <w:r>
        <w:t xml:space="preserve"> (00:01:35):</w:t>
      </w:r>
    </w:p>
    <w:p>
      <w:r>
        <w:t>Carlos cries when people ask him to tell the story again or when he visits the memorial to the victims. This is where we are. It smells like smoke. Again, in September, but in 2025, the bushes burned. It is very reminiscent of that day.</w:t>
      </w:r>
    </w:p>
    <w:p>
      <w:pPr>
        <w:spacing w:before="200"/>
      </w:pPr>
      <w:r>
        <w:rPr>
          <w:b/>
        </w:rPr>
        <w:t>Carlos</w:t>
      </w:r>
      <w:r>
        <w:t xml:space="preserve"> (00:01:47):</w:t>
      </w:r>
    </w:p>
    <w:p>
      <w:r>
        <w:t>This landscape is the same as 40 years ago. By coincidence or because of someone's imagination, 40 years after the accident when it was all burned here, look, the landscape is the same as 40 years ago. It was this. (he points to the woods)</w:t>
      </w:r>
    </w:p>
    <w:p>
      <w:pPr>
        <w:spacing w:before="200"/>
      </w:pPr>
      <w:r>
        <w:rPr>
          <w:b/>
        </w:rPr>
        <w:t>Narrator</w:t>
      </w:r>
      <w:r>
        <w:t xml:space="preserve"> (00:02:01):</w:t>
      </w:r>
    </w:p>
    <w:p>
      <w:r>
        <w:t>40 years ago, it was the fire inside the carriages that later led came the bush that siphoned the lives of many, including the father and sister of José Augusto</w:t>
      </w:r>
    </w:p>
    <w:p>
      <w:r>
        <w:rPr>
          <w:i/>
        </w:rPr>
        <w:t>(music plays)</w:t>
      </w:r>
    </w:p>
    <w:p>
      <w:r>
        <w:t>He knows about the accident watching RTP, the voice we hear is Rui Romano.</w:t>
      </w:r>
    </w:p>
    <w:p>
      <w:r>
        <w:rPr>
          <w:i/>
        </w:rPr>
        <w:t>(clip plays in the background: "we are very emotional telling you the news")</w:t>
      </w:r>
    </w:p>
    <w:p>
      <w:pPr>
        <w:spacing w:before="200"/>
      </w:pPr>
      <w:r>
        <w:t>[00:02:16]</w:t>
      </w:r>
    </w:p>
    <w:p>
      <w:r>
        <w:t>He knew it was on that international train that the news were mentioning that his family was in. From Espinho, he went fast to Viseu</w:t>
      </w:r>
    </w:p>
    <w:p>
      <w:pPr>
        <w:spacing w:before="200"/>
      </w:pPr>
      <w:r>
        <w:rPr>
          <w:b/>
        </w:rPr>
        <w:t>José Augusto</w:t>
      </w:r>
      <w:r>
        <w:t xml:space="preserve"> (00:02:23):</w:t>
      </w:r>
    </w:p>
    <w:p>
      <w:r>
        <w:t>Viseu's hospital looked worse than Feira de São Mateus [popular fair in Viseu]. And as the gurneys passed, I put my eyes on them</w:t>
      </w:r>
    </w:p>
    <w:p>
      <w:pPr>
        <w:spacing w:before="200"/>
      </w:pPr>
      <w:r>
        <w:rPr>
          <w:b/>
        </w:rPr>
        <w:t>Narrator</w:t>
      </w:r>
      <w:r>
        <w:t xml:space="preserve"> (00:02:30):</w:t>
      </w:r>
    </w:p>
    <w:p>
      <w:r>
        <w:t>Without news and without sleep, the next morning he found his brother and stepmother. The father had helped them get off the train.</w:t>
      </w:r>
    </w:p>
    <w:p>
      <w:pPr>
        <w:spacing w:before="200"/>
      </w:pPr>
      <w:r>
        <w:rPr>
          <w:b/>
        </w:rPr>
        <w:t>José Augusto</w:t>
      </w:r>
      <w:r>
        <w:t xml:space="preserve"> (00:02:37):</w:t>
      </w:r>
    </w:p>
    <w:p>
      <w:r>
        <w:t>She saw me, hugged me, cried and asked me if I knew anything and if I had found my father</w:t>
      </w:r>
    </w:p>
    <w:p>
      <w:pPr>
        <w:spacing w:before="200"/>
      </w:pPr>
      <w:r>
        <w:rPr>
          <w:b/>
        </w:rPr>
        <w:t>Narrator</w:t>
      </w:r>
      <w:r>
        <w:t xml:space="preserve"> (00:02:46):</w:t>
      </w:r>
    </w:p>
    <w:p>
      <w:r>
        <w:t>He searched between the survivors and the dead</w:t>
      </w:r>
    </w:p>
    <w:p>
      <w:pPr>
        <w:spacing w:before="200"/>
      </w:pPr>
      <w:r>
        <w:rPr>
          <w:b/>
        </w:rPr>
        <w:t>José Augusto</w:t>
      </w:r>
      <w:r>
        <w:t xml:space="preserve"> (00:02:48):</w:t>
      </w:r>
    </w:p>
    <w:p>
      <w:r>
        <w:t>I can say that I ran, I ran everywhere... and I got everything I could from the newspapers, from the mortuary, from Lisbon to Porto.</w:t>
      </w:r>
    </w:p>
    <w:p>
      <w:r>
        <w:rPr>
          <w:i/>
        </w:rPr>
        <w:t>(he sobs)</w:t>
      </w:r>
    </w:p>
    <w:p>
      <w:r>
        <w:t>I ran for a week, with my car, every day for a week, completely... and I saw completely burned bodies. I started touching people's hands, trying to indentify my father. How could I identifiy my father? He was missing a finger. It was the only thing I could identify.</w:t>
      </w:r>
    </w:p>
    <w:p>
      <w:pPr>
        <w:spacing w:before="200"/>
      </w:pPr>
      <w:r>
        <w:rPr>
          <w:b/>
        </w:rPr>
        <w:t>Narrator</w:t>
      </w:r>
      <w:r>
        <w:t xml:space="preserve"> (00:03:13):</w:t>
      </w:r>
    </w:p>
    <w:p>
      <w:r>
        <w:t>The search for the father did not last just a week, it continues. To this day, the bodies of José Augusto's sister and father have never been identified</w:t>
      </w:r>
    </w:p>
    <w:p>
      <w:pPr>
        <w:spacing w:before="200"/>
      </w:pPr>
      <w:r>
        <w:rPr>
          <w:b/>
        </w:rPr>
        <w:t>José Augusto</w:t>
      </w:r>
      <w:r>
        <w:t xml:space="preserve"> (00:03:20):</w:t>
      </w:r>
    </w:p>
    <w:p>
      <w:r>
        <w:t>No, no, no, no, never. To this day, we still don't know. They are here (he points to the mass grave)</w:t>
      </w:r>
    </w:p>
    <w:p>
      <w:pPr>
        <w:spacing w:before="200"/>
      </w:pPr>
      <w:r>
        <w:rPr>
          <w:b/>
        </w:rPr>
        <w:t>Narrator</w:t>
      </w:r>
      <w:r>
        <w:t xml:space="preserve"> (00:03:25):</w:t>
      </w:r>
    </w:p>
    <w:p>
      <w:r>
        <w:t>They are here, he tells us. Pointing to the ground, to the mass grave where most of the victims are</w:t>
      </w:r>
    </w:p>
    <w:p>
      <w:pPr>
        <w:spacing w:before="200"/>
      </w:pPr>
      <w:r>
        <w:rPr>
          <w:b/>
        </w:rPr>
        <w:t>José Augusto</w:t>
      </w:r>
      <w:r>
        <w:t xml:space="preserve"> (00:03:31):</w:t>
      </w:r>
    </w:p>
    <w:p>
      <w:r>
        <w:t>A person without memory is a country without a future.</w:t>
      </w:r>
    </w:p>
    <w:p>
      <w:pPr>
        <w:spacing w:before="200"/>
      </w:pPr>
      <w:r>
        <w:rPr>
          <w:b/>
        </w:rPr>
        <w:t>Narrator</w:t>
      </w:r>
      <w:r>
        <w:t xml:space="preserve"> (00:03:35):</w:t>
      </w:r>
    </w:p>
    <w:p>
      <w:r>
        <w:t>José Augusto Sá has been organizing annual tributes to the victims of Alcafache for more than 20 years. There are several tributes at the scene of the accident. And more recently, to mark the 40th anniversary, a chapel with the image of Our Lady of the Immigrants. It is a new visiting card of that improvised cemetery that the mayors of then decided to do</w:t>
      </w:r>
    </w:p>
    <w:p>
      <w:pPr>
        <w:spacing w:before="200"/>
      </w:pPr>
      <w:r>
        <w:rPr>
          <w:b/>
        </w:rPr>
        <w:t>Mário</w:t>
      </w:r>
      <w:r>
        <w:t xml:space="preserve"> (00:03:52):</w:t>
      </w:r>
    </w:p>
    <w:p>
      <w:r>
        <w:t>What I found in the scene, I was one of the first to arrive...</w:t>
      </w:r>
    </w:p>
    <w:p>
      <w:pPr>
        <w:spacing w:before="200"/>
      </w:pPr>
      <w:r>
        <w:rPr>
          <w:b/>
        </w:rPr>
        <w:t>Narrator</w:t>
      </w:r>
      <w:r>
        <w:t xml:space="preserve"> (00:03:56):</w:t>
      </w:r>
    </w:p>
    <w:p>
      <w:r>
        <w:t>...Mário Videira Lopes...</w:t>
      </w:r>
    </w:p>
    <w:p>
      <w:pPr>
        <w:spacing w:before="200"/>
      </w:pPr>
      <w:r>
        <w:rPr>
          <w:b/>
        </w:rPr>
        <w:t>Mário</w:t>
      </w:r>
      <w:r>
        <w:t xml:space="preserve"> (00:03:57):</w:t>
      </w:r>
    </w:p>
    <w:p>
      <w:r>
        <w:t>It was a Dantean show.</w:t>
      </w:r>
    </w:p>
    <w:p>
      <w:pPr>
        <w:spacing w:before="200"/>
      </w:pPr>
      <w:r>
        <w:rPr>
          <w:b/>
        </w:rPr>
        <w:t>Narrator</w:t>
      </w:r>
      <w:r>
        <w:t xml:space="preserve"> (00:03:59):</w:t>
      </w:r>
    </w:p>
    <w:p>
      <w:r>
        <w:t>He was 35 years old, but was already going to the second term as mayor of Mangualde.</w:t>
      </w:r>
    </w:p>
    <w:p>
      <w:pPr>
        <w:spacing w:before="200"/>
      </w:pPr>
      <w:r>
        <w:rPr>
          <w:b/>
        </w:rPr>
        <w:t>Mário</w:t>
      </w:r>
      <w:r>
        <w:t xml:space="preserve"> (00:04:04):</w:t>
      </w:r>
    </w:p>
    <w:p>
      <w:r>
        <w:t>It was the darkest smoke possible. There were those who were recognized, others who were not. Those who were absolutely impossible to identify ended up staying there, in a kind of mass grave</w:t>
      </w:r>
    </w:p>
    <w:p>
      <w:pPr>
        <w:spacing w:before="200"/>
      </w:pPr>
      <w:r>
        <w:rPr>
          <w:b/>
        </w:rPr>
        <w:t>Narrator</w:t>
      </w:r>
      <w:r>
        <w:t xml:space="preserve"> (00:04:13):</w:t>
      </w:r>
    </w:p>
    <w:p>
      <w:r>
        <w:t>It is not known for sure how many people stayed there. Only about 50 deadly victims could be identified, it is estimated that only a third of the total deaths</w:t>
      </w:r>
    </w:p>
    <w:p>
      <w:pPr>
        <w:spacing w:before="200"/>
      </w:pPr>
      <w:r>
        <w:rPr>
          <w:b/>
        </w:rPr>
        <w:t>Mário</w:t>
      </w:r>
      <w:r>
        <w:t xml:space="preserve"> (00:04:22):</w:t>
      </w:r>
    </w:p>
    <w:p>
      <w:r>
        <w:t>One of the trains, a complement of the South Express, was on its way to Paris with many immigrants, who were the main victims.</w:t>
      </w:r>
    </w:p>
    <w:p>
      <w:pPr>
        <w:spacing w:before="200"/>
      </w:pPr>
      <w:r>
        <w:rPr>
          <w:b/>
        </w:rPr>
        <w:t>Narrator</w:t>
      </w:r>
      <w:r>
        <w:t xml:space="preserve"> (00:04:28):</w:t>
      </w:r>
    </w:p>
    <w:p>
      <w:r>
        <w:t>There were times when he [Mário Videira Lopes] was working as mayor and simultaneously in his lawyers' office. And he defended three of the four employees of CP [the pblic railway company in Portugal] who were accused.</w:t>
      </w:r>
    </w:p>
    <w:p>
      <w:pPr>
        <w:spacing w:before="200"/>
      </w:pPr>
      <w:r>
        <w:rPr>
          <w:b/>
        </w:rPr>
        <w:t>Mário</w:t>
      </w:r>
      <w:r>
        <w:t xml:space="preserve"> (00:04:37):</w:t>
      </w:r>
    </w:p>
    <w:p>
      <w:r>
        <w:t>They were the station manager of Nelas, the guard of a level crossing in Vila Ruiva, the person responsible for the Moimenta-Alcafache railway halt, and the station manager of Mangualde.</w:t>
      </w:r>
    </w:p>
    <w:p>
      <w:pPr>
        <w:spacing w:before="200"/>
      </w:pPr>
      <w:r>
        <w:rPr>
          <w:b/>
        </w:rPr>
        <w:t>Narrator</w:t>
      </w:r>
      <w:r>
        <w:t xml:space="preserve"> (00:04:47):</w:t>
      </w:r>
    </w:p>
    <w:p>
      <w:r>
        <w:t>The trial showed the obvious, considers Videira Lopes.</w:t>
      </w:r>
    </w:p>
    <w:p>
      <w:pPr>
        <w:spacing w:before="200"/>
      </w:pPr>
      <w:r>
        <w:rPr>
          <w:b/>
        </w:rPr>
        <w:t>Mário</w:t>
      </w:r>
      <w:r>
        <w:t xml:space="preserve"> (00:04:50):</w:t>
      </w:r>
    </w:p>
    <w:p>
      <w:r>
        <w:t>It was not a human error. And that's why the defendants were all absolved. What failed was the system that CP had set up. One of the absolutely unbelievable things is that there was no possibility of contacting the train drivers!</w:t>
      </w:r>
    </w:p>
    <w:p>
      <w:pPr>
        <w:spacing w:before="200"/>
      </w:pPr>
      <w:r>
        <w:rPr>
          <w:b/>
        </w:rPr>
        <w:t>Narrator</w:t>
      </w:r>
      <w:r>
        <w:t xml:space="preserve"> (00:05:04):</w:t>
      </w:r>
    </w:p>
    <w:p>
      <w:r>
        <w:t>After giving green light to the passage of the trains that would come to collide, there was nothing anyone could do.</w:t>
      </w:r>
    </w:p>
    <w:p>
      <w:pPr>
        <w:spacing w:before="200"/>
      </w:pPr>
      <w:r>
        <w:rPr>
          <w:b/>
        </w:rPr>
        <w:t>Mário</w:t>
      </w:r>
      <w:r>
        <w:t xml:space="preserve"> (00:05:10):</w:t>
      </w:r>
    </w:p>
    <w:p>
      <w:r>
        <w:t>The drama that I felt more about the people involved, those four employees of CP, is that they knew that the accident would happen! They all knew, all four of them knew!</w:t>
      </w:r>
    </w:p>
    <w:p>
      <w:pPr>
        <w:spacing w:before="200"/>
      </w:pPr>
      <w:r>
        <w:rPr>
          <w:b/>
        </w:rPr>
        <w:t>Narrator</w:t>
      </w:r>
      <w:r>
        <w:t xml:space="preserve"> (00:05:19):</w:t>
      </w:r>
    </w:p>
    <w:p>
      <w:r>
        <w:t>How long before the accident?</w:t>
      </w:r>
    </w:p>
    <w:p>
      <w:pPr>
        <w:spacing w:before="200"/>
      </w:pPr>
      <w:r>
        <w:rPr>
          <w:b/>
        </w:rPr>
        <w:t>Mário</w:t>
      </w:r>
      <w:r>
        <w:t xml:space="preserve"> (00:05:21):</w:t>
      </w:r>
    </w:p>
    <w:p>
      <w:r>
        <w:t>Minutes. But they couldn't do anything. And that's why CP was condemned to pay all the restitutions, and... it was only CP. The employees themselves were all absolved.</w:t>
      </w:r>
    </w:p>
    <w:p>
      <w:r>
        <w:rPr>
          <w:i/>
        </w:rPr>
        <w:t>(music playing in the background)</w:t>
      </w:r>
    </w:p>
    <w:p>
      <w:pPr>
        <w:spacing w:before="200"/>
      </w:pPr>
      <w:r>
        <w:rPr>
          <w:b/>
        </w:rPr>
        <w:t>Nélson Oliveira</w:t>
      </w:r>
      <w:r>
        <w:t xml:space="preserve"> (00:05:31):</w:t>
      </w:r>
    </w:p>
    <w:p>
      <w:r>
        <w:t>The human error is something that doesn't exist, the human error is a symptom of a deficient system. To say that it was that person that was there at that moment is a very easy way out.</w:t>
      </w:r>
    </w:p>
    <w:p>
      <w:pPr>
        <w:spacing w:before="200"/>
      </w:pPr>
      <w:r>
        <w:rPr>
          <w:b/>
        </w:rPr>
        <w:t>Narrator</w:t>
      </w:r>
      <w:r>
        <w:t xml:space="preserve"> (00:05:43):</w:t>
      </w:r>
    </w:p>
    <w:p>
      <w:r>
        <w:t>Nélson Oliveira, railway specialist, director of the GPIAF, the cabinet that investigates accidents with aircraft and trains in Portugal</w:t>
      </w:r>
    </w:p>
    <w:p>
      <w:pPr>
        <w:spacing w:before="200"/>
      </w:pPr>
      <w:r>
        <w:rPr>
          <w:b/>
        </w:rPr>
        <w:t>Nélson</w:t>
      </w:r>
      <w:r>
        <w:t xml:space="preserve"> (00:05:50):</w:t>
      </w:r>
    </w:p>
    <w:p>
      <w:r>
        <w:t>Alcafache is preceded by a series of accidents in the national railway network accidents of some gravity, with deaths, although Alcafache has been the biggest. It immediately led to the urgency of the implementation of an automatic speed control system, called CONVEL. But then, the Alcafache accident was decisive for the modernization of the Beira Alta line, which was our first modernized single-track line; that is, electrified, with electronic signaling.</w:t>
      </w:r>
    </w:p>
    <w:p>
      <w:pPr>
        <w:spacing w:before="200"/>
      </w:pPr>
      <w:r>
        <w:rPr>
          <w:b/>
        </w:rPr>
        <w:t>Narrator</w:t>
      </w:r>
      <w:r>
        <w:t xml:space="preserve"> (00:06:17):</w:t>
      </w:r>
    </w:p>
    <w:p>
      <w:r>
        <w:t>It was a direct consequence of the accident?</w:t>
      </w:r>
    </w:p>
    <w:p>
      <w:pPr>
        <w:spacing w:before="200"/>
      </w:pPr>
      <w:r>
        <w:rPr>
          <w:b/>
        </w:rPr>
        <w:t>Nélson</w:t>
      </w:r>
      <w:r>
        <w:t xml:space="preserve"> (00:06:19):</w:t>
      </w:r>
    </w:p>
    <w:p>
      <w:r>
        <w:t>It was a direct consequence of that accident.</w:t>
      </w:r>
    </w:p>
    <w:p>
      <w:pPr>
        <w:spacing w:before="200"/>
      </w:pPr>
      <w:r>
        <w:rPr>
          <w:b/>
        </w:rPr>
        <w:t>Narrator</w:t>
      </w:r>
      <w:r>
        <w:t xml:space="preserve"> (00:06:21):</w:t>
      </w:r>
    </w:p>
    <w:p>
      <w:r>
        <w:t>The Beira Alta line was the target of a small revolution, all because of the accident.</w:t>
      </w:r>
    </w:p>
    <w:p>
      <w:r>
        <w:rPr>
          <w:i/>
        </w:rPr>
        <w:t>(music plays)</w:t>
      </w:r>
    </w:p>
    <w:p>
      <w:pPr>
        <w:spacing w:before="200"/>
      </w:pPr>
      <w:r>
        <w:t>[00:06:27]</w:t>
      </w:r>
    </w:p>
    <w:p>
      <w:r>
        <w:t>The four CP employees who sat in court were absolved. The court concluded that there was human error, but couldn't prove which employee(s) failed.</w:t>
      </w:r>
    </w:p>
    <w:p>
      <w:pPr>
        <w:spacing w:before="200"/>
      </w:pPr>
      <w:r>
        <w:rPr>
          <w:b/>
        </w:rPr>
        <w:t>Nuno Rodrigues (news presenter)</w:t>
      </w:r>
      <w:r>
        <w:t xml:space="preserve"> (00:06:38):</w:t>
      </w:r>
    </w:p>
    <w:p>
      <w:r>
        <w:t>The tragic accident of Alcafache, remembered 40 years later.</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