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rPr>
        <w:t>Journalist</w:t>
      </w:r>
      <w:r>
        <w:t xml:space="preserve"> (00:00):</w:t>
      </w:r>
      <w:r>
        <w:br/>
      </w:r>
      <w:r>
        <w:t>Of the six photographers, three came</w:t>
      </w:r>
    </w:p>
    <w:p>
      <w:pPr>
        <w:spacing w:after="200"/>
      </w:pPr>
      <w:r>
        <w:rPr>
          <w:b/>
        </w:rPr>
        <w:t>Mohamad Shuaibi</w:t>
      </w:r>
      <w:r>
        <w:t xml:space="preserve"> (00:02):</w:t>
      </w:r>
      <w:r>
        <w:br/>
      </w:r>
      <w:r>
        <w:t>Mohamad Shuaibi</w:t>
      </w:r>
    </w:p>
    <w:p>
      <w:pPr>
        <w:spacing w:after="200"/>
      </w:pPr>
      <w:r>
        <w:rPr>
          <w:b/>
        </w:rPr>
        <w:t>Journalist</w:t>
      </w:r>
      <w:r>
        <w:t xml:space="preserve"> (00:03):</w:t>
      </w:r>
      <w:r>
        <w:br/>
      </w:r>
      <w:r>
        <w:t>Mohamad Shuaibi, wildlife documentary photographer in the West Bank</w:t>
      </w:r>
    </w:p>
    <w:p>
      <w:pPr>
        <w:spacing w:after="200"/>
      </w:pPr>
      <w:r>
        <w:rPr>
          <w:b/>
        </w:rPr>
        <w:t>Bashar Jarayseh</w:t>
      </w:r>
      <w:r>
        <w:t xml:space="preserve"> (00:07):</w:t>
      </w:r>
      <w:r>
        <w:br/>
      </w:r>
      <w:r>
        <w:t>My name is...</w:t>
      </w:r>
    </w:p>
    <w:p>
      <w:pPr>
        <w:spacing w:after="200"/>
      </w:pPr>
      <w:r>
        <w:rPr>
          <w:b/>
        </w:rPr>
        <w:t>Journalist</w:t>
      </w:r>
      <w:r>
        <w:t xml:space="preserve"> (00:08):</w:t>
      </w:r>
      <w:r>
        <w:br/>
      </w:r>
      <w:r>
        <w:t>Bashar Jarayseh, a researcher in ornithology (the study of birds), interested in documenting and studying biodiversity in Palestine. He works in conservation and environmental advocacy</w:t>
      </w:r>
    </w:p>
    <w:p>
      <w:pPr>
        <w:spacing w:after="200"/>
      </w:pPr>
      <w:r>
        <w:rPr>
          <w:b/>
        </w:rPr>
        <w:t>Sinaa Ababseh</w:t>
      </w:r>
      <w:r>
        <w:t xml:space="preserve"> (00:19):</w:t>
      </w:r>
      <w:r>
        <w:br/>
      </w:r>
      <w:r>
        <w:t>Sinaa Ababseh</w:t>
      </w:r>
    </w:p>
    <w:p>
      <w:pPr>
        <w:spacing w:after="200"/>
      </w:pPr>
      <w:r>
        <w:rPr>
          <w:b/>
        </w:rPr>
        <w:t>Journalist</w:t>
      </w:r>
      <w:r>
        <w:t xml:space="preserve"> (00:20):</w:t>
      </w:r>
      <w:r>
        <w:br/>
      </w:r>
      <w:r>
        <w:t>Sinaa Ababseh, wildlife photographer in Kafr Kanna, in Galilee</w:t>
      </w:r>
    </w:p>
    <w:p>
      <w:pPr>
        <w:spacing w:after="200"/>
      </w:pPr>
      <w:r>
        <w:rPr>
          <w:i/>
        </w:rPr>
        <w:t>(00:25) (Music)</w:t>
      </w:r>
    </w:p>
    <w:p>
      <w:pPr>
        <w:spacing w:after="200"/>
      </w:pPr>
      <w:r>
        <w:rPr>
          <w:b/>
        </w:rPr>
        <w:t>Journalist</w:t>
      </w:r>
      <w:r>
        <w:t xml:space="preserve"> (00:30):</w:t>
      </w:r>
      <w:r>
        <w:br/>
      </w:r>
      <w:r>
        <w:t>The three share a common purpose and coming to Porto is an opportunity, sums up Mohamad</w:t>
      </w:r>
    </w:p>
    <w:p>
      <w:pPr>
        <w:spacing w:after="200"/>
      </w:pPr>
      <w:r>
        <w:rPr>
          <w:i/>
        </w:rPr>
        <w:t>(00:35) (Mohamad speaks in Arabic. Simultaneous translation into Brazilian Portuguese) Translation by Nour Latif: It’s very interesting here, and it’s important for them to leave Palestine to convey this image to anywhere outside Palestine.</w:t>
      </w:r>
    </w:p>
    <w:p>
      <w:pPr>
        <w:spacing w:after="200"/>
      </w:pPr>
      <w:r>
        <w:rPr>
          <w:b/>
        </w:rPr>
        <w:t>Journalist</w:t>
      </w:r>
      <w:r>
        <w:t xml:space="preserve"> (00:46):</w:t>
      </w:r>
      <w:r>
        <w:br/>
      </w:r>
      <w:r>
        <w:t>The female voice you hear is that of the Palestinian Nour Latif, who has been livind in Porto for seven years, her family lives in the West Bank and she helped with the translation</w:t>
      </w:r>
    </w:p>
    <w:p>
      <w:pPr>
        <w:spacing w:after="200"/>
      </w:pPr>
      <w:r>
        <w:rPr>
          <w:i/>
        </w:rPr>
        <w:t>(00:54) (Music)</w:t>
      </w:r>
    </w:p>
    <w:p>
      <w:pPr>
        <w:spacing w:after="200"/>
      </w:pPr>
      <w:r>
        <w:rPr>
          <w:b/>
        </w:rPr>
        <w:t>Journalist</w:t>
      </w:r>
      <w:r>
        <w:t xml:space="preserve"> (00:56):</w:t>
      </w:r>
      <w:r>
        <w:br/>
      </w:r>
      <w:r>
        <w:t>All three believe there is little global awareness of other aspects of Palestine beyond the conflict, for example in terms of environmental issues. Showing that there is wildlife in Gaza and in the West Bank does not mean that things are not, after all, as bad as they seem, but it is a way of showing that there is more to life than war, notes Sinaa</w:t>
      </w:r>
    </w:p>
    <w:p>
      <w:pPr>
        <w:spacing w:after="200"/>
      </w:pPr>
      <w:r>
        <w:rPr>
          <w:i/>
        </w:rPr>
        <w:t>(01:16) (Sinaa speaks in Arabic. Simultaneous translation into Brazilian Portuguese) Translation by Nour Latif: To show people from outside that Palestine is diverse, that people are diverse, that people have interests, that they like to talk about other things besides that. So, she thinks it’s one of the ways to talk about Palestine.</w:t>
      </w:r>
    </w:p>
    <w:p>
      <w:pPr>
        <w:spacing w:after="200"/>
      </w:pPr>
      <w:r>
        <w:rPr>
          <w:b/>
        </w:rPr>
        <w:t>Journalist</w:t>
      </w:r>
      <w:r>
        <w:t xml:space="preserve"> (01:32):</w:t>
      </w:r>
      <w:r>
        <w:br/>
      </w:r>
      <w:r>
        <w:t>The birds depicted in the exhibition show that there is more than just destruction and death, but that natural life is also affected, says Mohamad</w:t>
      </w:r>
    </w:p>
    <w:p>
      <w:pPr>
        <w:spacing w:after="200"/>
      </w:pPr>
      <w:r>
        <w:rPr>
          <w:i/>
        </w:rPr>
        <w:t>(01:40) (Mohamad speaks in Arabic. Nour Latif translates): For him, the occupation of Palestine and the colonisation of Palestine is not just difficult, and this oppression is not only inflicted on the people living in Palestine. He believes that animal life is also under immense pressure.</w:t>
      </w:r>
    </w:p>
    <w:p>
      <w:pPr>
        <w:spacing w:after="200"/>
      </w:pPr>
      <w:r>
        <w:rPr>
          <w:b/>
        </w:rPr>
        <w:t>Journalist</w:t>
      </w:r>
      <w:r>
        <w:t xml:space="preserve"> (02:01):</w:t>
      </w:r>
      <w:r>
        <w:br/>
      </w:r>
      <w:r>
        <w:t>And life for everyone, birds and humans alike, has become more difficult since 7 October, but Sinaa emphasises the importance of documenting wildlife. It is both evidence and a sign of hope.</w:t>
      </w:r>
    </w:p>
    <w:p>
      <w:pPr>
        <w:spacing w:after="200"/>
      </w:pPr>
      <w:r>
        <w:rPr>
          <w:i/>
        </w:rPr>
        <w:t>(02:13) (Sinaa speaks in Arabic. Nour Latif translates): We are determined to show that there is still life here because, for her, the point of documenting and filming is that if we have this life... hmm... this diversity, with animals and crops and everything else, it means we are still alive.</w:t>
      </w:r>
    </w:p>
    <w:p>
      <w:pPr>
        <w:spacing w:after="200"/>
      </w:pPr>
      <w:r>
        <w:rPr>
          <w:b/>
        </w:rPr>
        <w:t>Journalist</w:t>
      </w:r>
      <w:r>
        <w:t xml:space="preserve"> (02:34):</w:t>
      </w:r>
      <w:r>
        <w:br/>
      </w:r>
      <w:r>
        <w:t>A task that is now almost impossible, given the restrictions, barriers and isolation they face, adds Mohamad, who recalls a very difficult personal moment</w:t>
      </w:r>
    </w:p>
    <w:p>
      <w:pPr>
        <w:spacing w:after="200"/>
      </w:pPr>
      <w:r>
        <w:rPr>
          <w:i/>
        </w:rPr>
        <w:t>(02:43) (Music)</w:t>
      </w:r>
    </w:p>
    <w:p>
      <w:pPr>
        <w:spacing w:after="200"/>
      </w:pPr>
      <w:r>
        <w:rPr>
          <w:i/>
        </w:rPr>
        <w:t>(02:46) (Mohamad speaks in Arabic. Nour Latif translates): His worst experience was when he was filming in a Palestinian village that is considered part of the West Bank, within the West Bank territories, which is... hmm... inside the Palestinian Authority; he was approached at right where he was standing. He was detained there. They asked him to take off all his clothes. Ahh... He was left out in the rain for hours and they threatened to kill him if he returned to those lands to document</w:t>
      </w:r>
    </w:p>
    <w:p>
      <w:pPr>
        <w:spacing w:after="200"/>
      </w:pPr>
      <w:r>
        <w:rPr>
          <w:b/>
        </w:rPr>
        <w:t>Journalist</w:t>
      </w:r>
      <w:r>
        <w:t xml:space="preserve"> (03:16):</w:t>
      </w:r>
      <w:r>
        <w:br/>
      </w:r>
      <w:r>
        <w:t>Bashar also has a story to tell</w:t>
      </w:r>
    </w:p>
    <w:p>
      <w:pPr>
        <w:spacing w:after="200"/>
      </w:pPr>
      <w:r>
        <w:rPr>
          <w:i/>
        </w:rPr>
        <w:t>(03:18) (Bashar speaks in Arabic. Nour Latif translates): Once, when he was stopped in his car at the checkpoint waiting to pass, one of the soldiers came up with his gun, pointed it at the car and was about to shoot him. And, for him, it was one of the worst situations psychologically.</w:t>
      </w:r>
    </w:p>
    <w:p>
      <w:pPr>
        <w:spacing w:after="200"/>
      </w:pPr>
      <w:r>
        <w:rPr>
          <w:b/>
        </w:rPr>
        <w:t>Journalist</w:t>
      </w:r>
      <w:r>
        <w:t xml:space="preserve"> (03:36):</w:t>
      </w:r>
      <w:r>
        <w:br/>
      </w:r>
      <w:r>
        <w:t>There are no exceptions. Sinaa also experienced a distressing situation</w:t>
      </w:r>
    </w:p>
    <w:p>
      <w:pPr>
        <w:spacing w:after="200"/>
      </w:pPr>
      <w:r>
        <w:rPr>
          <w:i/>
        </w:rPr>
        <w:t>(03:40) (Sinaa speaks in Arabic. Nour Latif translates): She went to document a specific bird on the border with Jordan, and then... ahh... lots of Israeli police officers started gathering around her; they took all her cameras, questioned her for hours, stopped the car, took everything out of the car, until they were sure she was just documenting that. In the end, she felt like a winner for having managed to document the bird and leave with all her footage intact.</w:t>
      </w:r>
    </w:p>
    <w:p>
      <w:pPr>
        <w:spacing w:after="200"/>
      </w:pPr>
      <w:r>
        <w:rPr>
          <w:i/>
        </w:rPr>
        <w:t>(04:19) (Music)</w:t>
      </w:r>
    </w:p>
    <w:p>
      <w:pPr>
        <w:spacing w:after="200"/>
      </w:pPr>
      <w:r>
        <w:rPr>
          <w:b/>
        </w:rPr>
        <w:t>Journalist</w:t>
      </w:r>
      <w:r>
        <w:t xml:space="preserve"> (04:24):</w:t>
      </w:r>
      <w:r>
        <w:br/>
      </w:r>
      <w:r>
        <w:t>Despite all the difficulties, the three believe in a future where they can move freely, like the migratory birds they so love to photograph. This is both an ambition and a conviction. And whilst, despite everything, Mohamad, Bashar and Sinaa were able to come to Portugal, the photographers and twin sisters Lara and Mandy Sirdah cannot leave Gaza, where they live. They cannot move about, but the photos they take do. Mohamad chooses one of his photographs, which depicts Palestine’s national bird, a symbol of everything they experience. It is a species that resides permanently in the territory; it does not migrate throughout the year. This bird possesses extraordinary physical resilience, just like the Palestinians, Mohamad assures us</w:t>
      </w:r>
    </w:p>
    <w:p>
      <w:pPr>
        <w:spacing w:after="200"/>
      </w:pPr>
      <w:r>
        <w:rPr>
          <w:i/>
        </w:rPr>
        <w:t>(05:05) (Mohamad speaks in Arabic. Nour Latif translates): For him, Palestine’s national bird represents our behaviour as human beings too, as Palestinians in that land, because it is a bird that never leaves Palestine; it always remains there. Despite this, if it wanted to – it is a bird, it has every freedom to leave – but it does not want to leave. And for him, the Palestinians also believe that they will remain in Palestine and will die on this land because they genuinely believe it is their right to remain on that land</w:t>
      </w:r>
    </w:p>
    <w:p>
      <w:pPr>
        <w:spacing w:after="200"/>
      </w:pPr>
      <w:r>
        <w:rPr>
          <w:i/>
        </w:rPr>
        <w:t>(05:38) (Music)</w:t>
      </w:r>
    </w:p>
    <w:p>
      <w:pPr>
        <w:spacing w:after="200"/>
      </w:pPr>
      <w:r>
        <w:rPr>
          <w:b/>
        </w:rPr>
        <w:t>Journalist</w:t>
      </w:r>
      <w:r>
        <w:t xml:space="preserve"> (05:47):</w:t>
      </w:r>
      <w:r>
        <w:br/>
      </w:r>
      <w:r>
        <w:t>And there’s another photograph that stands out to me. That of a European starling, a bird that arrives in Palestine from countries like Portugal</w:t>
      </w:r>
    </w:p>
    <w:p>
      <w:pPr>
        <w:spacing w:after="200"/>
      </w:pPr>
      <w:r>
        <w:rPr>
          <w:i/>
        </w:rPr>
        <w:t>(05:53) (Mohamad speaks in Arabic. Nour Latif translates): ... And there’s a Palestinian proverb (laughter) that says when this particular bird arrives, it means it’s going to be a good year. And this year was a year when very large numbers of these birds came to the Palestinian region. So, he’s hoping it will be a good year for everyone, because of that proverb and that belief (laughter), so to speak.</w:t>
      </w:r>
    </w:p>
    <w:p>
      <w:pPr>
        <w:spacing w:after="200"/>
      </w:pPr>
      <w:r>
        <w:rPr>
          <w:i/>
        </w:rPr>
        <w:t>(06:15) (Music)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