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THEATER</w:t>
      </w:r>
    </w:p>
    <w:p>
      <w:pPr>
        <w:spacing w:after="200"/>
      </w:pPr>
      <w:r>
        <w:rPr>
          <w:b/>
        </w:rPr>
        <w:t>Andrii</w:t>
      </w:r>
      <w:r>
        <w:t xml:space="preserve"> (0:00 - 0:13):</w:t>
      </w:r>
      <w:r>
        <w:br/>
      </w:r>
      <w:r>
        <w:t>Today is International Theater Day, and my colleague Yuliia Naida and I decided to spend this day with our theater professionals at the Chernihiv Regional Ukrainian Music and Drama Theater named after Shevchenko.</w:t>
      </w:r>
    </w:p>
    <w:p>
      <w:pPr>
        <w:spacing w:after="200"/>
      </w:pPr>
      <w:r>
        <w:rPr>
          <w:b/>
        </w:rPr>
        <w:t>Yuliia</w:t>
      </w:r>
      <w:r>
        <w:t xml:space="preserve"> (0:13 - 0:29):</w:t>
      </w:r>
      <w:r>
        <w:br/>
      </w:r>
      <w:r>
        <w:t>This very theater was damaged during the missile strike on Chernihiv in August 19, 2023. There were repairs in the theater building, and international partners helped to carry them out. The theater continues to live, and not just live – it continues to delight its audience.</w:t>
      </w:r>
    </w:p>
    <w:p>
      <w:pPr>
        <w:spacing w:after="200"/>
      </w:pPr>
      <w:r>
        <w:rPr>
          <w:b/>
        </w:rPr>
        <w:t>Andrii</w:t>
      </w:r>
      <w:r>
        <w:t xml:space="preserve"> (0:29 - 0:38):</w:t>
      </w:r>
      <w:r>
        <w:br/>
      </w:r>
      <w:r>
        <w:t>Our guide in the theater today will be the artistic director and manager of this cultural institution, Oksana Tunik-Fryz. So, let's go inside.</w:t>
      </w:r>
    </w:p>
    <w:p>
      <w:pPr>
        <w:spacing w:after="200"/>
      </w:pPr>
      <w:r>
        <w:rPr>
          <w:b/>
        </w:rPr>
        <w:t>Oksana</w:t>
      </w:r>
      <w:r>
        <w:t xml:space="preserve"> (0:38 - 1:50):</w:t>
      </w:r>
      <w:r>
        <w:br/>
      </w:r>
      <w:r>
        <w:t>The fourth floor of the drama theater. We very often open the window to hear how Chernihiv, our city, sounds. And here we usually hear how people talk on the street in the evening, how motorcycles engines roar, how the city lives, what it lives by. And sometimes, when the window is opened, the city hears us, because choral and orchestral rehearsals take place here. During the missile attack in 2023, we lost the main premises, our hall, the opportunity to perform there, but the team did not want to waste time. And so we used this decoration hall as a stage space. We called it the White Hall, and performances take place here. In general, we currently have a temporary roof on the theater, which is intended to preserve the theater, and we are waiting for our victory, for the end of the war. Then there will be a full reconstruction of the theater, but for now, this is a temporary structure that gives us the opportunity to exist. Now we are walking down our stairs – this is how our stairs sound. This is our third floor. And our girls work here, ensuring the creative process. These are costumers who prepare performances, who prepare costumes.</w:t>
      </w:r>
    </w:p>
    <w:p>
      <w:pPr>
        <w:spacing w:after="200"/>
      </w:pPr>
      <w:r>
        <w:rPr>
          <w:b/>
        </w:rPr>
        <w:t>Yuliia</w:t>
      </w:r>
      <w:r>
        <w:t xml:space="preserve"> (1:50 - 2:11):</w:t>
      </w:r>
      <w:r>
        <w:br/>
      </w:r>
      <w:r>
        <w:t>Some rooms here are simply filled with outfits. I think any lady would envy such a wardrobe. Here, next to the Angel’s wings, a musketeer's hat hangs, noblewomen's outfits.</w:t>
      </w:r>
    </w:p>
    <w:p>
      <w:pPr>
        <w:spacing w:after="200"/>
      </w:pPr>
      <w:r>
        <w:rPr>
          <w:b/>
        </w:rPr>
        <w:t>Andrii</w:t>
      </w:r>
      <w:r>
        <w:t xml:space="preserve"> (2:11 - 2:15):</w:t>
      </w:r>
      <w:r>
        <w:br/>
      </w:r>
      <w:r>
        <w:t>Hats for men and women, ties.</w:t>
      </w:r>
    </w:p>
    <w:p>
      <w:pPr>
        <w:spacing w:after="200"/>
      </w:pPr>
      <w:r>
        <w:rPr>
          <w:b/>
        </w:rPr>
        <w:t>Yuliia</w:t>
      </w:r>
      <w:r>
        <w:t xml:space="preserve"> (2:15 - 2:16):</w:t>
      </w:r>
      <w:r>
        <w:br/>
      </w:r>
      <w:r>
        <w:t>Shoes.</w:t>
      </w:r>
    </w:p>
    <w:p>
      <w:pPr>
        <w:spacing w:after="200"/>
      </w:pPr>
      <w:r>
        <w:rPr>
          <w:b/>
        </w:rPr>
        <w:t>Oksana</w:t>
      </w:r>
      <w:r>
        <w:t xml:space="preserve"> (2:16 - 2:28):</w:t>
      </w:r>
      <w:r>
        <w:br/>
      </w:r>
      <w:r>
        <w:t>You hear how the workers of the departments are always aware of what is happening on the stage. There's a broadcast going on, the girls are working and monitoring what's there.</w:t>
      </w:r>
    </w:p>
    <w:p>
      <w:pPr>
        <w:spacing w:after="200"/>
      </w:pPr>
      <w:r>
        <w:rPr>
          <w:b/>
        </w:rPr>
        <w:t>Yuliia</w:t>
      </w:r>
      <w:r>
        <w:t xml:space="preserve"> (2:28 - 2:36):</w:t>
      </w:r>
      <w:r>
        <w:br/>
      </w:r>
      <w:r>
        <w:t>By the way, the walls here are covered with posters of different years and different performances.</w:t>
      </w:r>
    </w:p>
    <w:p>
      <w:pPr>
        <w:spacing w:after="200"/>
      </w:pPr>
      <w:r>
        <w:rPr>
          <w:b/>
        </w:rPr>
        <w:t>Oksana</w:t>
      </w:r>
      <w:r>
        <w:t xml:space="preserve"> (2:36 - 2:46):</w:t>
      </w:r>
      <w:r>
        <w:br/>
      </w:r>
      <w:r>
        <w:t>Now we are approaching the sewing workshop. You can hear how it sounds. This is our device steaming, the iron.</w:t>
      </w:r>
    </w:p>
    <w:p>
      <w:pPr>
        <w:spacing w:after="200"/>
      </w:pPr>
      <w:r>
        <w:rPr>
          <w:b/>
        </w:rPr>
        <w:t>Yuliia</w:t>
      </w:r>
      <w:r>
        <w:t xml:space="preserve"> (2:46 - 2:55):</w:t>
      </w:r>
      <w:r>
        <w:br/>
      </w:r>
      <w:r>
        <w:t>The rehearsal has already begun. We are in the sacred place of the theater; we are on the stage.</w:t>
      </w:r>
    </w:p>
    <w:p>
      <w:pPr>
        <w:spacing w:after="200"/>
      </w:pPr>
      <w:r>
        <w:rPr>
          <w:b/>
        </w:rPr>
        <w:t>Choir singing</w:t>
      </w:r>
      <w:r>
        <w:t xml:space="preserve"> (2:55 - 3:08):</w:t>
      </w:r>
      <w:r>
        <w:br/>
      </w:r>
      <w:r/>
    </w:p>
    <w:p>
      <w:pPr>
        <w:spacing w:after="200"/>
      </w:pPr>
      <w:r>
        <w:rPr>
          <w:b/>
        </w:rPr>
        <w:t>Yuliia</w:t>
      </w:r>
      <w:r>
        <w:t xml:space="preserve"> (3:08 - 3:17):</w:t>
      </w:r>
      <w:r>
        <w:br/>
      </w:r>
      <w:r>
        <w:t>And among the actors, we also see our friends, in particular, Stanislav Arakilian. An actor, he is our friend. What is your job for you?</w:t>
      </w:r>
    </w:p>
    <w:p>
      <w:pPr>
        <w:spacing w:after="200"/>
      </w:pPr>
      <w:r>
        <w:rPr>
          <w:b/>
        </w:rPr>
        <w:t>Stanislav</w:t>
      </w:r>
      <w:r>
        <w:t xml:space="preserve"> (3:17 - 3:25):</w:t>
      </w:r>
      <w:r>
        <w:br/>
      </w:r>
      <w:r>
        <w:t>An opportunity to support our loved ones, to support the families and friends of our military who are defending us at war. It's an opportunity to give them energy, strength, and love.</w:t>
      </w:r>
    </w:p>
    <w:p>
      <w:pPr>
        <w:spacing w:after="200"/>
      </w:pPr>
      <w:r>
        <w:rPr>
          <w:b/>
        </w:rPr>
        <w:t>Oksana</w:t>
      </w:r>
      <w:r>
        <w:t xml:space="preserve"> (3:25 - 3:32):</w:t>
      </w:r>
      <w:r>
        <w:br/>
      </w:r>
      <w:r>
        <w:t>Now we have entered the place where the audience is directly located. There is a different atmosphere here, even a different smell.</w:t>
      </w:r>
    </w:p>
    <w:p>
      <w:pPr>
        <w:spacing w:after="200"/>
      </w:pPr>
      <w:r>
        <w:rPr>
          <w:b/>
        </w:rPr>
        <w:t>Andrii</w:t>
      </w:r>
      <w:r>
        <w:t xml:space="preserve"> (3:32 - 3:34):</w:t>
      </w:r>
      <w:r>
        <w:br/>
      </w:r>
      <w:r>
        <w:t>By the way, what does a theater smell like?</w:t>
      </w:r>
    </w:p>
    <w:p>
      <w:pPr>
        <w:spacing w:after="200"/>
      </w:pPr>
      <w:r>
        <w:rPr>
          <w:b/>
        </w:rPr>
        <w:t>Oksana</w:t>
      </w:r>
      <w:r>
        <w:t xml:space="preserve"> (3:34 - 3:57):</w:t>
      </w:r>
      <w:r>
        <w:br/>
      </w:r>
      <w:r>
        <w:t>Oh, you know, this hall has its own smell. I think it's the smell of theatrical history preserved, probably in the fabric, in these carpets, in the building itself. Sometimes, when there are many spectators and our buffet is open, the smell of coffee is added here. That is, there are different aromas that, in principle, are woven into the main aroma, the aroma of our theater's stalls.</w:t>
      </w:r>
    </w:p>
    <w:p>
      <w:pPr>
        <w:spacing w:after="200"/>
      </w:pPr>
      <w:r>
        <w:rPr>
          <w:b/>
        </w:rPr>
        <w:t>Yuliia</w:t>
      </w:r>
      <w:r>
        <w:t xml:space="preserve"> (3:57 - 4:00):</w:t>
      </w:r>
      <w:r>
        <w:br/>
      </w:r>
      <w:r>
        <w:t>The theater is 100 years old, the building is more than 60.</w:t>
      </w:r>
    </w:p>
    <w:p>
      <w:pPr>
        <w:spacing w:after="200"/>
      </w:pPr>
      <w:r>
        <w:rPr>
          <w:b/>
        </w:rPr>
        <w:t>Oksana</w:t>
      </w:r>
      <w:r>
        <w:t xml:space="preserve"> (4:00 - 4:01):</w:t>
      </w:r>
      <w:r>
        <w:br/>
      </w:r>
      <w:r>
        <w:t>Yes, yes.</w:t>
      </w:r>
    </w:p>
    <w:p>
      <w:pPr>
        <w:spacing w:after="200"/>
      </w:pPr>
      <w:r>
        <w:rPr>
          <w:b/>
        </w:rPr>
        <w:t>Yuliia</w:t>
      </w:r>
      <w:r>
        <w:t xml:space="preserve"> (4:01 - 4:08):</w:t>
      </w:r>
      <w:r>
        <w:br/>
      </w:r>
      <w:r>
        <w:t>What remains unchanged in our theater, and what has changed forever after the missile strike?</w:t>
      </w:r>
    </w:p>
    <w:p>
      <w:pPr>
        <w:spacing w:after="200"/>
      </w:pPr>
      <w:r>
        <w:rPr>
          <w:b/>
        </w:rPr>
        <w:t>Oksana</w:t>
      </w:r>
      <w:r>
        <w:t xml:space="preserve"> (4:08 - 5:20):</w:t>
      </w:r>
      <w:r>
        <w:br/>
      </w:r>
      <w:r>
        <w:t>Our theater is a professional, academic, Ukrainian music and drama theater. Accordingly, this foundation of professionalism must remain despite everything. Even if the building is destroyed, professional actors remain who continue their work. And we have successfully demonstrated this. The theater existed not only in this building, as you understand, but in other premises as well. Therefore, everything else is built around professionalism. Now, unfortunately, we are entering our painful point. It sounds with such an echo, but an echo that is very painful for us. You can see the destroyed hall, the destroyed roof. Again, I will repeat that there is also a temporary roof over this part. This story, unfortunately, has consequences in such a pristine form. If we did certain reconstructions there, made temporary ceilings, then here you see it as it is. This part of the theater needs reconstruction. We are constantly looking for donors to put this part in order. It is currently in a state of disrepair, and public access is prohibited here.</w:t>
      </w:r>
    </w:p>
    <w:p>
      <w:pPr>
        <w:spacing w:after="200"/>
      </w:pPr>
      <w:r>
        <w:rPr>
          <w:b/>
        </w:rPr>
        <w:t>Andrii</w:t>
      </w:r>
      <w:r>
        <w:t xml:space="preserve"> (5:20 - 5:26):</w:t>
      </w:r>
      <w:r>
        <w:br/>
      </w:r>
      <w:r>
        <w:t>What is more difficult for the theater today – to gather a full house or to keep the cast of the troupe?</w:t>
      </w:r>
    </w:p>
    <w:p>
      <w:pPr>
        <w:spacing w:after="200"/>
      </w:pPr>
      <w:r>
        <w:rPr>
          <w:b/>
        </w:rPr>
        <w:t>Oksana</w:t>
      </w:r>
      <w:r>
        <w:t xml:space="preserve"> (5:26 - 6:32):</w:t>
      </w:r>
      <w:r>
        <w:br/>
      </w:r>
      <w:r>
        <w:t>On the one hand, of course, there is a psychological barrier for viewers who to this day cannot recover from the tragedy that occurred. And, unfortunately, very often people associate safety issues and sirens precisely with what happened at the theater. And very often there is a story when we can start an event, then during sirens the event is interrupted, then we resume, then again. That is, it's a very difficult emotional burden for both the viewer and, of course, for the troupe. The other side is the troupe itself. 19 theater employees went to defend the country. Unfortunately, one of them died – Petro Velykyi. And he will never return. One employee is missing. And we are absolutely sure that we will wait for him and find him. We are waiting for him very much. And 17 warriors continue to defend the country. And so, 17 units of theater workers are at the front today. Accordingly, the troupe has become thinner. We are now descending lower and lower. Passing by the stage, as you can hear. Here you see the consequences. Both of time and, unfortunately, of the missile.</w:t>
      </w:r>
    </w:p>
    <w:p>
      <w:pPr>
        <w:spacing w:after="200"/>
      </w:pPr>
      <w:r>
        <w:rPr>
          <w:b/>
        </w:rPr>
        <w:t>Yuliia</w:t>
      </w:r>
      <w:r>
        <w:t xml:space="preserve"> (6:32 - 6:37):</w:t>
      </w:r>
      <w:r>
        <w:br/>
      </w:r>
      <w:r>
        <w:t>There's a generator here, because without it, it's simply impossible now.</w:t>
      </w:r>
    </w:p>
    <w:p>
      <w:pPr>
        <w:spacing w:after="200"/>
      </w:pPr>
      <w:r>
        <w:rPr>
          <w:b/>
        </w:rPr>
        <w:t>Oksana</w:t>
      </w:r>
      <w:r>
        <w:t xml:space="preserve"> (6:38 - 6:47):</w:t>
      </w:r>
      <w:r>
        <w:br/>
      </w:r>
      <w:r>
        <w:t>Yes, we have now descended under the stage. And now we will enter our new stage space, which used to be technical.</w:t>
      </w:r>
    </w:p>
    <w:p>
      <w:pPr>
        <w:spacing w:after="200"/>
      </w:pPr>
      <w:r>
        <w:rPr>
          <w:b/>
        </w:rPr>
        <w:t>Yuliia</w:t>
      </w:r>
      <w:r>
        <w:t xml:space="preserve"> (6:47 - 6:56):</w:t>
      </w:r>
      <w:r>
        <w:br/>
      </w:r>
      <w:r>
        <w:t>Andrii, look, the stage is rotating right above our heads. That is, right now upstairs on the stage, an action is taking place. A rehearsal is going on there.</w:t>
      </w:r>
    </w:p>
    <w:p>
      <w:pPr>
        <w:spacing w:after="200"/>
      </w:pPr>
      <w:r>
        <w:rPr>
          <w:b/>
        </w:rPr>
        <w:t>Andrii</w:t>
      </w:r>
      <w:r>
        <w:t xml:space="preserve"> (6:57 - 7:05):</w:t>
      </w:r>
      <w:r>
        <w:br/>
      </w:r>
      <w:r>
        <w:t>And we hear the sound of the stage rotating right over our heads right now. There are actors on the stage.</w:t>
      </w:r>
    </w:p>
    <w:p>
      <w:pPr>
        <w:spacing w:after="200"/>
      </w:pPr>
      <w:r>
        <w:rPr>
          <w:b/>
        </w:rPr>
        <w:t>Yuliia</w:t>
      </w:r>
      <w:r>
        <w:t xml:space="preserve"> (7:05 - 7:16):</w:t>
      </w:r>
      <w:r>
        <w:br/>
      </w:r>
      <w:r>
        <w:t>What a wonderful profession journalism is, that the audience can only see how the stage rotates, while a journalist can, thanks to their work, see how the stage rotates from under the stage.</w:t>
      </w:r>
    </w:p>
    <w:p>
      <w:pPr>
        <w:spacing w:after="200"/>
      </w:pPr>
      <w:r>
        <w:rPr>
          <w:b/>
        </w:rPr>
        <w:t>Sound of the stage rotating</w:t>
      </w:r>
      <w:r>
        <w:t xml:space="preserve"> (7:16 - 7:22):</w:t>
      </w:r>
      <w:r>
        <w:br/>
      </w:r>
      <w:r/>
    </w:p>
    <w:p>
      <w:pPr>
        <w:spacing w:after="200"/>
      </w:pPr>
      <w:r>
        <w:rPr>
          <w:b/>
        </w:rPr>
        <w:t>Yuliia</w:t>
      </w:r>
      <w:r>
        <w:t xml:space="preserve"> (7:22 - 7:29):</w:t>
      </w:r>
      <w:r>
        <w:br/>
      </w:r>
      <w:r>
        <w:t>The stage has stopped, the rehearsal continues, and we ask the director to tell us about this space.</w:t>
      </w:r>
    </w:p>
    <w:p>
      <w:pPr>
        <w:spacing w:after="200"/>
      </w:pPr>
      <w:r>
        <w:rPr>
          <w:b/>
        </w:rPr>
        <w:t>Oksana</w:t>
      </w:r>
      <w:r>
        <w:t xml:space="preserve"> (7:30 - 7:45):</w:t>
      </w:r>
      <w:r>
        <w:br/>
      </w:r>
      <w:r>
        <w:t>It is an artistic-theatrical, stage space for us. Both artistic events and performances take place here. The main advantage is the ability to work during air raids. That is, we do not interrupt the performances.</w:t>
      </w:r>
    </w:p>
    <w:p>
      <w:pPr>
        <w:spacing w:after="200"/>
      </w:pPr>
      <w:r>
        <w:rPr>
          <w:b/>
        </w:rPr>
        <w:t>Sound of a piano</w:t>
      </w:r>
      <w:r>
        <w:t xml:space="preserve"> (7:46 - 7:50):</w:t>
      </w:r>
      <w:r>
        <w:br/>
      </w:r>
      <w:r/>
    </w:p>
    <w:p>
      <w:pPr>
        <w:spacing w:after="200"/>
      </w:pPr>
      <w:r>
        <w:rPr>
          <w:b/>
        </w:rPr>
        <w:t>Andrii</w:t>
      </w:r>
      <w:r>
        <w:t xml:space="preserve"> (7:50 - 7:54):</w:t>
      </w:r>
      <w:r>
        <w:br/>
      </w:r>
      <w:r>
        <w:t>This is a piano from the Chernihiv musical instrument factory.</w:t>
      </w:r>
    </w:p>
    <w:p>
      <w:pPr>
        <w:spacing w:after="200"/>
      </w:pPr>
      <w:r>
        <w:rPr>
          <w:b/>
        </w:rPr>
        <w:t>Oksana</w:t>
      </w:r>
      <w:r>
        <w:t xml:space="preserve"> (7:54 - 8:01):</w:t>
      </w:r>
      <w:r>
        <w:br/>
      </w:r>
      <w:r>
        <w:t>This is our staff entrance. All actors and all theater employees enter the theater through this entrance in the morning.</w:t>
      </w:r>
    </w:p>
    <w:p>
      <w:pPr>
        <w:spacing w:after="200"/>
      </w:pPr>
      <w:r>
        <w:rPr>
          <w:b/>
        </w:rPr>
        <w:t>Andrii</w:t>
      </w:r>
      <w:r>
        <w:t xml:space="preserve"> (8:02 - 8:07):</w:t>
      </w:r>
      <w:r>
        <w:br/>
      </w:r>
      <w:r>
        <w:t>Does it happen that spectators wait for actors after the performance?</w:t>
      </w:r>
    </w:p>
    <w:p>
      <w:pPr>
        <w:spacing w:after="200"/>
      </w:pPr>
      <w:r>
        <w:rPr>
          <w:b/>
        </w:rPr>
        <w:t>Oksana</w:t>
      </w:r>
      <w:r>
        <w:t xml:space="preserve"> (8:07 - 8:11):</w:t>
      </w:r>
      <w:r>
        <w:br/>
      </w:r>
      <w:r>
        <w:t>Yes, of course. This is a very pleasant tradition.</w:t>
      </w:r>
    </w:p>
    <w:p>
      <w:pPr>
        <w:spacing w:after="200"/>
      </w:pPr>
      <w:r>
        <w:rPr>
          <w:b/>
        </w:rPr>
        <w:t>Yuliia</w:t>
      </w:r>
      <w:r>
        <w:t xml:space="preserve"> (8:11 - 8:16):</w:t>
      </w:r>
      <w:r>
        <w:br/>
      </w:r>
      <w:r>
        <w:t>The theater is a hundred years old. What needs to be done so that it lives prospectively for the next hundred?</w:t>
      </w:r>
    </w:p>
    <w:p>
      <w:pPr>
        <w:spacing w:after="200"/>
      </w:pPr>
      <w:r>
        <w:rPr>
          <w:b/>
        </w:rPr>
        <w:t>Oksana</w:t>
      </w:r>
      <w:r>
        <w:t xml:space="preserve"> (8:16 - 8:40):</w:t>
      </w:r>
      <w:r>
        <w:br/>
      </w:r>
      <w:r>
        <w:t>The theater will live despite everything, even if obstacles are put in its way. Even war cannot stop the theater. And our activities are an example of this; missile explosions did not stop life in the theater for a single day. We have colossally global ambitious plans. Now all of us have the opportunity to compare and understand the value of everything we have in peacetime.</w:t>
      </w:r>
    </w:p>
    <w:p>
      <w:pPr>
        <w:spacing w:after="200"/>
      </w:pPr>
      <w:r>
        <w:rPr>
          <w:b/>
        </w:rPr>
        <w:t>Yuliia</w:t>
      </w:r>
      <w:r>
        <w:t xml:space="preserve"> (8:40 - 8:48):</w:t>
      </w:r>
      <w:r>
        <w:br/>
      </w:r>
      <w:r>
        <w:t>Andrii and I spent several hours in the theater today on an excursion. And in the evening, we were invited to attend a theatrical concert.</w:t>
      </w:r>
    </w:p>
    <w:p>
      <w:pPr>
        <w:spacing w:after="200"/>
      </w:pPr>
      <w:r>
        <w:rPr>
          <w:b/>
        </w:rPr>
        <w:t>Music</w:t>
      </w:r>
      <w:r>
        <w:t xml:space="preserve"> (8:48 - 8:53):</w:t>
      </w:r>
      <w:r>
        <w:br/>
      </w:r>
      <w:r/>
    </w:p>
    <w:p>
      <w:pPr>
        <w:spacing w:after="200"/>
      </w:pPr>
      <w:r>
        <w:rPr>
          <w:b/>
        </w:rPr>
        <w:t>Yuliia</w:t>
      </w:r>
      <w:r>
        <w:t xml:space="preserve"> (8:53 - 9:01):</w:t>
      </w:r>
      <w:r>
        <w:br/>
      </w:r>
      <w:r>
        <w:t>This is only a prelude to tonight. And this is how the theater foyer sounds. And here's the bell.</w:t>
      </w:r>
    </w:p>
    <w:p>
      <w:pPr>
        <w:spacing w:after="200"/>
      </w:pPr>
      <w:r>
        <w:rPr>
          <w:b/>
        </w:rPr>
        <w:t>Music</w:t>
      </w:r>
      <w:r>
        <w:t xml:space="preserve"> (9:01 - 9:06):</w:t>
      </w:r>
      <w:r>
        <w:br/>
      </w:r>
      <w:r/>
    </w:p>
    <w:p>
      <w:pPr>
        <w:spacing w:after="200"/>
      </w:pPr>
      <w:r>
        <w:rPr>
          <w:b/>
        </w:rPr>
        <w:t>Announcement about behavior during an air raid</w:t>
      </w:r>
      <w:r>
        <w:t xml:space="preserve"> (9:06 - 9:23):</w:t>
      </w:r>
      <w:r>
        <w:br/>
      </w:r>
      <w:r>
        <w:t>In the event of an air raid, the artistic event will be stopped, and you will be asked to go to the shelter. If the air raid lasts more than 40 minutes, spectators have the right to leave the shelter and use the saved tickets for the performance on any other day.</w:t>
      </w:r>
    </w:p>
    <w:p>
      <w:pPr>
        <w:spacing w:after="200"/>
      </w:pPr>
      <w:r>
        <w:rPr>
          <w:b/>
        </w:rPr>
        <w:t>Sound of the theater bell</w:t>
      </w:r>
      <w:r>
        <w:t xml:space="preserve"> (9:23 - 9:27):</w:t>
      </w:r>
      <w:r>
        <w:br/>
      </w:r>
      <w:r/>
    </w:p>
    <w:p>
      <w:pPr>
        <w:spacing w:after="200"/>
      </w:pPr>
      <w:r>
        <w:rPr>
          <w:b/>
        </w:rPr>
        <w:t>Yuliia</w:t>
      </w:r>
      <w:r>
        <w:t xml:space="preserve"> (9:28 - 9:32):</w:t>
      </w:r>
      <w:r>
        <w:br/>
      </w:r>
      <w:r>
        <w:t>The third bell has rung – and the action begins…</w:t>
      </w:r>
    </w:p>
    <w:p>
      <w:pPr>
        <w:spacing w:after="200"/>
      </w:pPr>
      <w:r>
        <w:rPr>
          <w:b/>
        </w:rPr>
        <w:t>Music, audience applause</w:t>
      </w:r>
      <w:r>
        <w:t xml:space="preserve"> (9:32 - 9:57):</w:t>
      </w:r>
      <w:r>
        <w:br/>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